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E4FE9" w14:textId="77777777" w:rsidR="009D217F" w:rsidRDefault="00403A1A">
      <w:pPr>
        <w:pStyle w:val="Ttulo"/>
        <w:jc w:val="center"/>
      </w:pPr>
      <w:r>
        <w:t>Guilherme Lima das Chagas</w:t>
      </w:r>
    </w:p>
    <w:p w14:paraId="12FC62BB" w14:textId="77777777" w:rsidR="009D217F" w:rsidRDefault="00403A1A">
      <w:pPr>
        <w:jc w:val="center"/>
      </w:pPr>
      <w:r>
        <w:rPr>
          <w:b/>
          <w:sz w:val="28"/>
        </w:rPr>
        <w:t>Software Engineer | Backend Specialist</w:t>
      </w:r>
    </w:p>
    <w:p w14:paraId="7764658A" w14:textId="6BFEE2B1" w:rsidR="009D217F" w:rsidRDefault="00403A1A">
      <w:pPr>
        <w:jc w:val="center"/>
      </w:pPr>
      <w:r>
        <w:t>São Bernardo do Campo, SP, Brazil (Open to Relocation)</w:t>
      </w:r>
      <w:r>
        <w:br/>
        <w:t>gui.lima3009@gmail.com | +55 11 99912-3309</w:t>
      </w:r>
      <w:r>
        <w:br/>
      </w:r>
      <w:hyperlink r:id="rId6" w:history="1">
        <w:r w:rsidR="001E7AF0" w:rsidRPr="009703BB">
          <w:rPr>
            <w:rStyle w:val="Hyperlink"/>
          </w:rPr>
          <w:t>https://portif-lio-nine-iota.vercel.app/</w:t>
        </w:r>
      </w:hyperlink>
      <w:r w:rsidR="001E7AF0">
        <w:t xml:space="preserve"> | </w:t>
      </w:r>
      <w:r>
        <w:t>linkedin.com/in/guilherme-lima-das-chagas-38a6a4230 | github.com/6uigol | pllin.com.br</w:t>
      </w:r>
    </w:p>
    <w:p w14:paraId="61985585" w14:textId="77777777" w:rsidR="009D217F" w:rsidRPr="001E7AF0" w:rsidRDefault="00403A1A">
      <w:pPr>
        <w:pStyle w:val="Ttulo1"/>
        <w:rPr>
          <w:u w:val="single"/>
        </w:rPr>
      </w:pPr>
      <w:r>
        <w:t>Professional Summary</w:t>
      </w:r>
    </w:p>
    <w:p w14:paraId="2C15A8DB" w14:textId="77777777" w:rsidR="009D217F" w:rsidRDefault="00403A1A">
      <w:r>
        <w:t>Results-oriented Software Engineer with a solid background in backend development using C# and SQL. Experienced in maintaining business-critical systems such as Point of Sale (POS) and CRM. Currently pursuing a degree in Computer Engineering, I am looking to leverage my expertise in Java (Spring Boot) and JavaScript to contribute to robust and scalable solutions as a Mid-level Developer in Bristol.</w:t>
      </w:r>
    </w:p>
    <w:p w14:paraId="55FBB5B8" w14:textId="77777777" w:rsidR="009D217F" w:rsidRDefault="00403A1A">
      <w:pPr>
        <w:pStyle w:val="Ttulo1"/>
      </w:pPr>
      <w:r>
        <w:t>Work Experience</w:t>
      </w:r>
    </w:p>
    <w:p w14:paraId="34773DB8" w14:textId="77777777" w:rsidR="009D217F" w:rsidRDefault="00403A1A">
      <w:r>
        <w:rPr>
          <w:b/>
        </w:rPr>
        <w:t>Software Developer | Datamaxi</w:t>
      </w:r>
      <w:r>
        <w:br/>
        <w:t>August 2023 – Present</w:t>
      </w:r>
    </w:p>
    <w:p w14:paraId="5D878892" w14:textId="77777777" w:rsidR="009D217F" w:rsidRDefault="00403A1A">
      <w:pPr>
        <w:pStyle w:val="Commarcadores"/>
      </w:pPr>
      <w:r>
        <w:t>Technical Leadership: Led version control management using Git across three core system modules, ensuring code integrity and high-quality software delivery.</w:t>
      </w:r>
    </w:p>
    <w:p w14:paraId="338F22E1" w14:textId="77777777" w:rsidR="009D217F" w:rsidRDefault="00403A1A">
      <w:pPr>
        <w:pStyle w:val="Commarcadores"/>
      </w:pPr>
      <w:r>
        <w:t>Software Maintenance: Developed and maintained backend services for critical business systems (POS, CRM, and Servers) using C# and SQL Server.</w:t>
      </w:r>
    </w:p>
    <w:p w14:paraId="1539E36A" w14:textId="77777777" w:rsidR="009D217F" w:rsidRDefault="00403A1A">
      <w:pPr>
        <w:pStyle w:val="Commarcadores"/>
      </w:pPr>
      <w:r>
        <w:t xml:space="preserve">Agile Methodology: Actively participated in Scrum ceremonies, including sprint planning, dailies, and reviews, ensuring </w:t>
      </w:r>
      <w:r w:rsidRPr="00403A1A">
        <w:t>consistent</w:t>
      </w:r>
      <w:r>
        <w:t xml:space="preserve"> weekly value delivery.</w:t>
      </w:r>
    </w:p>
    <w:p w14:paraId="68D60C88" w14:textId="77777777" w:rsidR="009D217F" w:rsidRDefault="00403A1A">
      <w:pPr>
        <w:pStyle w:val="Commarcadores"/>
      </w:pPr>
      <w:r>
        <w:t>Performance Optimization: Resolved complex technical issues and optimized database routines and business logic, significantly improving system performance.</w:t>
      </w:r>
    </w:p>
    <w:p w14:paraId="76ABB1FE" w14:textId="77777777" w:rsidR="009D217F" w:rsidRDefault="00403A1A">
      <w:pPr>
        <w:pStyle w:val="Ttulo1"/>
      </w:pPr>
      <w:r>
        <w:t>Key Projects &amp; Achievements</w:t>
      </w:r>
    </w:p>
    <w:p w14:paraId="33D84F64" w14:textId="77777777" w:rsidR="009D217F" w:rsidRDefault="00403A1A">
      <w:pPr>
        <w:pStyle w:val="Commarcadores"/>
      </w:pPr>
      <w:r>
        <w:t>Pllin (pllin.com.br): Personal portfolio and platform showcasing software engineering projects and technical skills.</w:t>
      </w:r>
    </w:p>
    <w:p w14:paraId="0C6A7B62" w14:textId="77777777" w:rsidR="009D217F" w:rsidRDefault="00403A1A">
      <w:pPr>
        <w:pStyle w:val="Commarcadores"/>
      </w:pPr>
      <w:r>
        <w:t>Autonomous Racing Champion (2022): 1st Place in the Arduino-based autonomous car competition at Mauá University.</w:t>
      </w:r>
    </w:p>
    <w:p w14:paraId="6C0C2016" w14:textId="77777777" w:rsidR="009D217F" w:rsidRDefault="00403A1A">
      <w:pPr>
        <w:pStyle w:val="Commarcadores"/>
      </w:pPr>
      <w:r>
        <w:t>Assistive Technology Development: Developed low-cost Python-based Braille reading technology to improve accessibility for visually impaired individuals.</w:t>
      </w:r>
    </w:p>
    <w:p w14:paraId="2837E2C1" w14:textId="77777777" w:rsidR="009D217F" w:rsidRDefault="00403A1A">
      <w:pPr>
        <w:pStyle w:val="Commarcadores"/>
      </w:pPr>
      <w:r>
        <w:t>SST Safety Software: Developed a specialized system for firefighters to locate and rescue individuals in emergency situations.</w:t>
      </w:r>
    </w:p>
    <w:p w14:paraId="0302DC36" w14:textId="77777777" w:rsidR="009D217F" w:rsidRDefault="00403A1A">
      <w:pPr>
        <w:pStyle w:val="Commarcadores"/>
      </w:pPr>
      <w:r>
        <w:lastRenderedPageBreak/>
        <w:t>Sust.ai (2023): Created sustainable software solutions during the Mauá Sustainability challenge.</w:t>
      </w:r>
    </w:p>
    <w:p w14:paraId="1FC6ABC8" w14:textId="77777777" w:rsidR="009D217F" w:rsidRDefault="00403A1A">
      <w:pPr>
        <w:pStyle w:val="Commarcadores"/>
      </w:pPr>
      <w:r>
        <w:t>Auto-Translator Framework (2024): Developed an automated translation framework at FSA.</w:t>
      </w:r>
    </w:p>
    <w:p w14:paraId="23B8D8EC" w14:textId="77777777" w:rsidR="009D217F" w:rsidRDefault="00403A1A">
      <w:pPr>
        <w:pStyle w:val="Commarcadores"/>
      </w:pPr>
      <w:r>
        <w:t>Financial Back-office System: Developed a full-featured financial management software tailored for camps and recreational activities.</w:t>
      </w:r>
    </w:p>
    <w:p w14:paraId="0566A83C" w14:textId="77777777" w:rsidR="009D217F" w:rsidRDefault="00403A1A">
      <w:pPr>
        <w:pStyle w:val="Commarcadores"/>
      </w:pPr>
      <w:r>
        <w:t>Mythos TCG: Developing an online Trading Card Game, focusing on game logic and asset management.</w:t>
      </w:r>
    </w:p>
    <w:p w14:paraId="4E9D8883" w14:textId="50C61CC9" w:rsidR="00DA3DEF" w:rsidRPr="00095934" w:rsidRDefault="00095934">
      <w:pPr>
        <w:pStyle w:val="Commarcadores"/>
      </w:pPr>
      <w:r w:rsidRPr="00095934">
        <w:t>MYDAILY (</w:t>
      </w:r>
      <w:proofErr w:type="spellStart"/>
      <w:r w:rsidRPr="00095934">
        <w:t>Datamaxi</w:t>
      </w:r>
      <w:proofErr w:type="spellEnd"/>
      <w:r w:rsidRPr="00095934">
        <w:t>): Productivity enabler for the Scrum ecosystem.</w:t>
      </w:r>
    </w:p>
    <w:p w14:paraId="4E50B8BF" w14:textId="77777777" w:rsidR="009D217F" w:rsidRDefault="00403A1A">
      <w:pPr>
        <w:pStyle w:val="Ttulo1"/>
      </w:pPr>
      <w:r>
        <w:t>Education</w:t>
      </w:r>
    </w:p>
    <w:p w14:paraId="09CC6503" w14:textId="77777777" w:rsidR="009D217F" w:rsidRDefault="00403A1A">
      <w:pPr>
        <w:pStyle w:val="Commarcadores"/>
      </w:pPr>
      <w:r>
        <w:t>B.S. in Computer Engineering – Fundação Santo André (Expected Jan 2027)</w:t>
      </w:r>
    </w:p>
    <w:p w14:paraId="014BCD9B" w14:textId="77777777" w:rsidR="009D217F" w:rsidRDefault="00403A1A">
      <w:pPr>
        <w:pStyle w:val="Commarcadores"/>
      </w:pPr>
      <w:r>
        <w:t>High School Diploma – Colégio Singular</w:t>
      </w:r>
    </w:p>
    <w:p w14:paraId="541B588C" w14:textId="77777777" w:rsidR="009D217F" w:rsidRDefault="00403A1A">
      <w:pPr>
        <w:pStyle w:val="Ttulo1"/>
      </w:pPr>
      <w:r>
        <w:t>Certifications</w:t>
      </w:r>
    </w:p>
    <w:p w14:paraId="3820D744" w14:textId="77777777" w:rsidR="009D217F" w:rsidRDefault="00403A1A">
      <w:pPr>
        <w:pStyle w:val="Commarcadores"/>
      </w:pPr>
      <w:r>
        <w:t>CC50 / CS50x: Introduction to Computer Science – Harvard University</w:t>
      </w:r>
    </w:p>
    <w:p w14:paraId="5EEF19ED" w14:textId="77777777" w:rsidR="009D217F" w:rsidRDefault="00403A1A">
      <w:pPr>
        <w:pStyle w:val="Commarcadores"/>
      </w:pPr>
      <w:r>
        <w:t>Java Web Development – Harvard Online (HarvardX)</w:t>
      </w:r>
    </w:p>
    <w:p w14:paraId="15C28B37" w14:textId="77777777" w:rsidR="009D217F" w:rsidRDefault="00403A1A">
      <w:pPr>
        <w:pStyle w:val="Commarcadores"/>
      </w:pPr>
      <w:r>
        <w:t>Java &amp; Spring Framework Development – Udemy</w:t>
      </w:r>
    </w:p>
    <w:p w14:paraId="636388F5" w14:textId="77777777" w:rsidR="009D217F" w:rsidRDefault="00403A1A">
      <w:pPr>
        <w:pStyle w:val="Commarcadores"/>
      </w:pPr>
      <w:r>
        <w:t>C# &amp; .NET Development – Udemy</w:t>
      </w:r>
    </w:p>
    <w:p w14:paraId="7C89FFE2" w14:textId="77777777" w:rsidR="009D217F" w:rsidRDefault="00403A1A">
      <w:pPr>
        <w:pStyle w:val="Commarcadores"/>
      </w:pPr>
      <w:r>
        <w:t>SQL Databases &amp; Management – Udemy</w:t>
      </w:r>
    </w:p>
    <w:p w14:paraId="552A7BFC" w14:textId="77777777" w:rsidR="009D217F" w:rsidRDefault="00403A1A">
      <w:pPr>
        <w:pStyle w:val="Ttulo1"/>
      </w:pPr>
      <w:r>
        <w:t>Technical Skills</w:t>
      </w:r>
    </w:p>
    <w:p w14:paraId="59E34830" w14:textId="77777777" w:rsidR="009D217F" w:rsidRDefault="00403A1A">
      <w:pPr>
        <w:pStyle w:val="Commarcadores"/>
      </w:pPr>
      <w:r>
        <w:t>Languages: C#, Java, SQL, Python, JavaScript.</w:t>
      </w:r>
    </w:p>
    <w:p w14:paraId="7F554AE0" w14:textId="77777777" w:rsidR="009D217F" w:rsidRDefault="00403A1A">
      <w:pPr>
        <w:pStyle w:val="Commarcadores"/>
      </w:pPr>
      <w:r>
        <w:t>Frameworks/Technologies: .NET Core, Spring Boot, Node.js, HTML5, CSS3.</w:t>
      </w:r>
    </w:p>
    <w:p w14:paraId="062673BB" w14:textId="77777777" w:rsidR="009D217F" w:rsidRDefault="00403A1A">
      <w:pPr>
        <w:pStyle w:val="Commarcadores"/>
      </w:pPr>
      <w:r>
        <w:t>Databases: SQL Server, PostgreSQL, MySQL.</w:t>
      </w:r>
    </w:p>
    <w:p w14:paraId="0C328642" w14:textId="77777777" w:rsidR="009D217F" w:rsidRDefault="00403A1A">
      <w:pPr>
        <w:pStyle w:val="Commarcadores"/>
      </w:pPr>
      <w:r>
        <w:t>Tools: Git, Scrum, Unit Testing, REST APIs.</w:t>
      </w:r>
    </w:p>
    <w:p w14:paraId="095543BC" w14:textId="77777777" w:rsidR="009D217F" w:rsidRDefault="00403A1A">
      <w:pPr>
        <w:pStyle w:val="Ttulo1"/>
      </w:pPr>
      <w:r>
        <w:t>Languages</w:t>
      </w:r>
    </w:p>
    <w:p w14:paraId="271427CA" w14:textId="77777777" w:rsidR="009D217F" w:rsidRDefault="00403A1A">
      <w:pPr>
        <w:pStyle w:val="Commarcadores"/>
      </w:pPr>
      <w:r>
        <w:t>Portuguese: Native.</w:t>
      </w:r>
    </w:p>
    <w:p w14:paraId="4B473577" w14:textId="77777777" w:rsidR="009D217F" w:rsidRDefault="00403A1A">
      <w:pPr>
        <w:pStyle w:val="Commarcadores"/>
      </w:pPr>
      <w:r>
        <w:t>English: Intermediate (B1) – Wise Up.</w:t>
      </w:r>
    </w:p>
    <w:sectPr w:rsidR="009D217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938204">
    <w:abstractNumId w:val="8"/>
  </w:num>
  <w:num w:numId="2" w16cid:durableId="1867476006">
    <w:abstractNumId w:val="6"/>
  </w:num>
  <w:num w:numId="3" w16cid:durableId="1840003645">
    <w:abstractNumId w:val="5"/>
  </w:num>
  <w:num w:numId="4" w16cid:durableId="555512677">
    <w:abstractNumId w:val="4"/>
  </w:num>
  <w:num w:numId="5" w16cid:durableId="1163468760">
    <w:abstractNumId w:val="7"/>
  </w:num>
  <w:num w:numId="6" w16cid:durableId="1763184324">
    <w:abstractNumId w:val="3"/>
  </w:num>
  <w:num w:numId="7" w16cid:durableId="390350509">
    <w:abstractNumId w:val="2"/>
  </w:num>
  <w:num w:numId="8" w16cid:durableId="781416469">
    <w:abstractNumId w:val="1"/>
  </w:num>
  <w:num w:numId="9" w16cid:durableId="1475223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A3A"/>
    <w:rsid w:val="00034616"/>
    <w:rsid w:val="0006063C"/>
    <w:rsid w:val="00095934"/>
    <w:rsid w:val="000D7FF2"/>
    <w:rsid w:val="0015074B"/>
    <w:rsid w:val="00157193"/>
    <w:rsid w:val="001E7AF0"/>
    <w:rsid w:val="0029639D"/>
    <w:rsid w:val="00326F90"/>
    <w:rsid w:val="00403A1A"/>
    <w:rsid w:val="007F54D7"/>
    <w:rsid w:val="00880D84"/>
    <w:rsid w:val="009D217F"/>
    <w:rsid w:val="00AA1D8D"/>
    <w:rsid w:val="00B47730"/>
    <w:rsid w:val="00C840B7"/>
    <w:rsid w:val="00CB0664"/>
    <w:rsid w:val="00CF6015"/>
    <w:rsid w:val="00DA3D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8B7EC1F-ADC5-4B13-B8ED-E4B058B0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C840B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84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rtif-lio-nine-iota.vercel.app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Guilherme Lima das Chagas</cp:lastModifiedBy>
  <cp:revision>9</cp:revision>
  <dcterms:created xsi:type="dcterms:W3CDTF">2013-12-23T23:15:00Z</dcterms:created>
  <dcterms:modified xsi:type="dcterms:W3CDTF">2026-02-03T02:11:00Z</dcterms:modified>
  <cp:category/>
</cp:coreProperties>
</file>